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2CC" w:rsidRPr="002E068C" w:rsidRDefault="000F2E39">
      <w:pPr>
        <w:spacing w:after="220"/>
        <w:rPr>
          <w:lang w:val="ru-RU"/>
        </w:rPr>
      </w:pPr>
      <w:r w:rsidRPr="002E068C">
        <w:rPr>
          <w:b/>
          <w:color w:val="C6902E"/>
          <w:sz w:val="16"/>
          <w:lang w:val="ru-RU"/>
        </w:rPr>
        <w:t>ГОСТЬ ГРУППЫ  •  МЕТОДИЧЕСКИЙ ИНСТРУМЕНТ</w:t>
      </w:r>
    </w:p>
    <w:p w:rsidR="00BB62CC" w:rsidRPr="002E068C" w:rsidRDefault="000F2E39" w:rsidP="002E068C">
      <w:pPr>
        <w:pStyle w:val="aa"/>
        <w:keepNext/>
        <w:shd w:val="clear" w:color="auto" w:fill="C6902E"/>
        <w:spacing w:before="100" w:after="180"/>
        <w:ind w:left="173" w:right="173"/>
        <w:jc w:val="center"/>
        <w:rPr>
          <w:lang w:val="ru-RU"/>
        </w:rPr>
      </w:pPr>
      <w:bookmarkStart w:id="0" w:name="_GoBack"/>
      <w:r w:rsidRPr="002E068C">
        <w:rPr>
          <w:rFonts w:ascii="Arial" w:hAnsi="Arial"/>
          <w:b/>
          <w:color w:val="FFFFFF"/>
          <w:sz w:val="38"/>
          <w:lang w:val="ru-RU"/>
        </w:rPr>
        <w:t>Форма «Дневник наблюдений»</w:t>
      </w:r>
    </w:p>
    <w:bookmarkEnd w:id="0"/>
    <w:p w:rsidR="00BB62CC" w:rsidRDefault="000F2E39">
      <w:pPr>
        <w:pBdr>
          <w:bottom w:val="single" w:sz="17" w:space="0" w:color="C6902E"/>
        </w:pBdr>
        <w:spacing w:after="380"/>
      </w:pPr>
      <w:r w:rsidRPr="002E068C">
        <w:rPr>
          <w:b/>
          <w:color w:val="C6902E"/>
          <w:sz w:val="20"/>
          <w:lang w:val="ru-RU"/>
        </w:rPr>
        <w:t xml:space="preserve">Раздел 9. </w:t>
      </w:r>
      <w:r>
        <w:rPr>
          <w:b/>
          <w:color w:val="C6902E"/>
          <w:sz w:val="20"/>
        </w:rPr>
        <w:t>Приложения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27"/>
        <w:gridCol w:w="1840"/>
        <w:gridCol w:w="3067"/>
        <w:gridCol w:w="2045"/>
        <w:gridCol w:w="2045"/>
      </w:tblGrid>
      <w:tr w:rsidR="00BB62CC">
        <w:trPr>
          <w:cantSplit/>
          <w:trHeight w:val="432"/>
          <w:tblHeader/>
          <w:jc w:val="center"/>
        </w:trPr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C6902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B62CC" w:rsidRDefault="000F2E39">
            <w:pPr>
              <w:spacing w:after="0" w:line="269" w:lineRule="auto"/>
              <w:jc w:val="center"/>
            </w:pPr>
            <w:r>
              <w:rPr>
                <w:b/>
                <w:color w:val="FFFFFF"/>
                <w:sz w:val="17"/>
              </w:rPr>
              <w:t>Дата</w:t>
            </w:r>
          </w:p>
        </w:tc>
        <w:tc>
          <w:tcPr>
            <w:tcW w:w="18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C6902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B62CC" w:rsidRDefault="000F2E39">
            <w:pPr>
              <w:spacing w:after="0" w:line="269" w:lineRule="auto"/>
            </w:pPr>
            <w:r>
              <w:rPr>
                <w:b/>
                <w:color w:val="FFFFFF"/>
                <w:sz w:val="17"/>
              </w:rPr>
              <w:t>Ситуация</w:t>
            </w:r>
          </w:p>
        </w:tc>
        <w:tc>
          <w:tcPr>
            <w:tcW w:w="30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C6902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B62CC" w:rsidRDefault="000F2E39">
            <w:pPr>
              <w:spacing w:after="0" w:line="269" w:lineRule="auto"/>
            </w:pPr>
            <w:r>
              <w:rPr>
                <w:b/>
                <w:color w:val="FFFFFF"/>
                <w:sz w:val="17"/>
              </w:rPr>
              <w:t>Проявление интереса</w:t>
            </w:r>
          </w:p>
        </w:tc>
        <w:tc>
          <w:tcPr>
            <w:tcW w:w="2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C6902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B62CC" w:rsidRDefault="000F2E39">
            <w:pPr>
              <w:spacing w:after="0" w:line="269" w:lineRule="auto"/>
              <w:jc w:val="center"/>
            </w:pPr>
            <w:r>
              <w:rPr>
                <w:b/>
                <w:color w:val="FFFFFF"/>
                <w:sz w:val="17"/>
              </w:rPr>
              <w:t>Реакция ребёнка</w:t>
            </w:r>
          </w:p>
        </w:tc>
        <w:tc>
          <w:tcPr>
            <w:tcW w:w="2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C6902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B62CC" w:rsidRDefault="000F2E39">
            <w:pPr>
              <w:spacing w:after="0" w:line="269" w:lineRule="auto"/>
              <w:jc w:val="center"/>
            </w:pPr>
            <w:r>
              <w:rPr>
                <w:b/>
                <w:color w:val="FFFFFF"/>
                <w:sz w:val="17"/>
              </w:rPr>
              <w:t>Примечания</w:t>
            </w:r>
          </w:p>
        </w:tc>
      </w:tr>
      <w:tr w:rsidR="00BB62CC">
        <w:trPr>
          <w:cantSplit/>
          <w:trHeight w:val="432"/>
          <w:jc w:val="center"/>
        </w:trPr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B62CC" w:rsidRDefault="00BB62CC">
            <w:pPr>
              <w:spacing w:after="0" w:line="269" w:lineRule="auto"/>
              <w:jc w:val="center"/>
            </w:pPr>
          </w:p>
        </w:tc>
        <w:tc>
          <w:tcPr>
            <w:tcW w:w="18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B62CC" w:rsidRDefault="00BB62CC">
            <w:pPr>
              <w:spacing w:after="0" w:line="269" w:lineRule="auto"/>
            </w:pPr>
          </w:p>
        </w:tc>
        <w:tc>
          <w:tcPr>
            <w:tcW w:w="30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B62CC" w:rsidRDefault="00BB62CC">
            <w:pPr>
              <w:spacing w:after="0" w:line="269" w:lineRule="auto"/>
            </w:pPr>
          </w:p>
        </w:tc>
        <w:tc>
          <w:tcPr>
            <w:tcW w:w="2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B62CC" w:rsidRDefault="00BB62CC">
            <w:pPr>
              <w:spacing w:after="0" w:line="269" w:lineRule="auto"/>
              <w:jc w:val="center"/>
            </w:pPr>
          </w:p>
        </w:tc>
        <w:tc>
          <w:tcPr>
            <w:tcW w:w="20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B62CC" w:rsidRDefault="00BB62CC">
            <w:pPr>
              <w:spacing w:after="0" w:line="269" w:lineRule="auto"/>
              <w:jc w:val="center"/>
            </w:pPr>
          </w:p>
        </w:tc>
      </w:tr>
    </w:tbl>
    <w:p w:rsidR="00BB62CC" w:rsidRDefault="00BB62CC">
      <w:pPr>
        <w:spacing w:after="0"/>
      </w:pPr>
    </w:p>
    <w:sectPr w:rsidR="00BB62CC" w:rsidSect="00034616">
      <w:headerReference w:type="default" r:id="rId8"/>
      <w:footerReference w:type="default" r:id="rId9"/>
      <w:pgSz w:w="12240" w:h="15840"/>
      <w:pgMar w:top="1037" w:right="979" w:bottom="936" w:left="979" w:header="432" w:footer="4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E39" w:rsidRDefault="000F2E39">
      <w:pPr>
        <w:spacing w:after="0" w:line="240" w:lineRule="auto"/>
      </w:pPr>
      <w:r>
        <w:separator/>
      </w:r>
    </w:p>
  </w:endnote>
  <w:endnote w:type="continuationSeparator" w:id="0">
    <w:p w:rsidR="000F2E39" w:rsidRDefault="000F2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62CC" w:rsidRDefault="000F2E39">
    <w:pPr>
      <w:pStyle w:val="a7"/>
      <w:jc w:val="right"/>
    </w:pPr>
    <w:r>
      <w:rPr>
        <w:color w:val="486274"/>
        <w:sz w:val="16"/>
      </w:rPr>
      <w:t xml:space="preserve">ГБДОУ детский сад № 38  •  2026  |  </w:t>
    </w:r>
    <w:r>
      <w:fldChar w:fldCharType="begin"/>
    </w:r>
    <w:r>
      <w:instrText>PAGE</w:instrText>
    </w:r>
    <w:r>
      <w:fldChar w:fldCharType="separate"/>
    </w:r>
    <w:r w:rsidR="002E068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E39" w:rsidRDefault="000F2E39">
      <w:pPr>
        <w:spacing w:after="0" w:line="240" w:lineRule="auto"/>
      </w:pPr>
      <w:r>
        <w:separator/>
      </w:r>
    </w:p>
  </w:footnote>
  <w:footnote w:type="continuationSeparator" w:id="0">
    <w:p w:rsidR="000F2E39" w:rsidRDefault="000F2E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62CC" w:rsidRDefault="000F2E39">
    <w:pPr>
      <w:pStyle w:val="a5"/>
    </w:pPr>
    <w:r>
      <w:rPr>
        <w:b/>
        <w:color w:val="C6902E"/>
        <w:sz w:val="16"/>
      </w:rPr>
      <w:t xml:space="preserve">МЕТОДИЧЕСКИЙ </w:t>
    </w:r>
    <w:r>
      <w:rPr>
        <w:b/>
        <w:color w:val="C6902E"/>
        <w:sz w:val="16"/>
      </w:rPr>
      <w:t>ПАКЕТ  /  A2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F2E39"/>
    <w:rsid w:val="0015074B"/>
    <w:rsid w:val="0029639D"/>
    <w:rsid w:val="002E068C"/>
    <w:rsid w:val="00326F90"/>
    <w:rsid w:val="00AA1D8D"/>
    <w:rsid w:val="00B47730"/>
    <w:rsid w:val="00BB62C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7D6B5B"/>
  <w14:defaultImageDpi w14:val="300"/>
  <w15:docId w15:val="{0A078C2B-5826-47CF-AF48-47D7BABAE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00" w:line="293" w:lineRule="auto"/>
    </w:pPr>
    <w:rPr>
      <w:rFonts w:ascii="Arial" w:hAnsi="Arial"/>
      <w:color w:val="172C41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Copy">
    <w:name w:val="Body Copy"/>
    <w:basedOn w:val="a1"/>
    <w:pPr>
      <w:spacing w:line="288" w:lineRule="auto"/>
    </w:pPr>
  </w:style>
  <w:style w:type="paragraph" w:customStyle="1" w:styleId="InlineHeading">
    <w:name w:val="Inline Heading"/>
    <w:basedOn w:val="BodyCopy"/>
    <w:pPr>
      <w:spacing w:before="200"/>
    </w:pPr>
    <w:rPr>
      <w:b/>
      <w:color w:val="C6902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C795822-B59C-4BD2-A80E-E38523940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3</cp:revision>
  <dcterms:created xsi:type="dcterms:W3CDTF">2013-12-23T23:15:00Z</dcterms:created>
  <dcterms:modified xsi:type="dcterms:W3CDTF">2026-09-25T14:26:00Z</dcterms:modified>
  <cp:category/>
</cp:coreProperties>
</file>