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CFB" w:rsidRPr="00B04928" w:rsidRDefault="0010003F">
      <w:pPr>
        <w:spacing w:after="220"/>
        <w:rPr>
          <w:lang w:val="ru-RU"/>
        </w:rPr>
      </w:pPr>
      <w:r w:rsidRPr="00B04928">
        <w:rPr>
          <w:b/>
          <w:color w:val="00A8A2"/>
          <w:sz w:val="16"/>
          <w:lang w:val="ru-RU"/>
        </w:rPr>
        <w:t>ГОСТЬ ГРУППЫ  •  МЕТОДИЧЕСКИЙ ИНСТРУМЕНТ</w:t>
      </w:r>
    </w:p>
    <w:p w:rsidR="00966CFB" w:rsidRPr="00B04928" w:rsidRDefault="0010003F">
      <w:pPr>
        <w:pStyle w:val="aa"/>
        <w:keepNext/>
        <w:shd w:val="clear" w:color="auto" w:fill="00A8A2"/>
        <w:spacing w:before="100" w:after="180"/>
        <w:ind w:left="173" w:right="173"/>
        <w:rPr>
          <w:lang w:val="ru-RU"/>
        </w:rPr>
      </w:pPr>
      <w:r w:rsidRPr="00B04928">
        <w:rPr>
          <w:rFonts w:ascii="Arial" w:hAnsi="Arial"/>
          <w:b/>
          <w:color w:val="FFFFFF"/>
          <w:sz w:val="38"/>
          <w:lang w:val="ru-RU"/>
        </w:rPr>
        <w:t>Опросник «Запрос от детей» (для воспитанников)</w:t>
      </w:r>
    </w:p>
    <w:p w:rsidR="00966CFB" w:rsidRPr="00B04928" w:rsidRDefault="0010003F">
      <w:pPr>
        <w:pBdr>
          <w:bottom w:val="single" w:sz="17" w:space="0" w:color="00A8A2"/>
        </w:pBdr>
        <w:spacing w:after="380"/>
        <w:rPr>
          <w:lang w:val="ru-RU"/>
        </w:rPr>
      </w:pPr>
      <w:r w:rsidRPr="00B04928">
        <w:rPr>
          <w:b/>
          <w:color w:val="00A8A2"/>
          <w:sz w:val="20"/>
          <w:lang w:val="ru-RU"/>
        </w:rPr>
        <w:t>Раздел 1. Диагностический инструментарий</w:t>
      </w:r>
    </w:p>
    <w:p w:rsidR="00966CFB" w:rsidRPr="00B04928" w:rsidRDefault="0010003F">
      <w:pPr>
        <w:pStyle w:val="BodyCopy"/>
        <w:spacing w:before="160"/>
        <w:rPr>
          <w:lang w:val="ru-RU"/>
        </w:rPr>
      </w:pPr>
      <w:r w:rsidRPr="00B04928">
        <w:rPr>
          <w:b/>
          <w:lang w:val="ru-RU"/>
        </w:rPr>
        <w:t>Цель:</w:t>
      </w:r>
      <w:r w:rsidRPr="00B04928">
        <w:rPr>
          <w:lang w:val="ru-RU"/>
        </w:rPr>
        <w:t xml:space="preserve"> выявление актуальных интересов детей через прямой диалог.</w:t>
      </w:r>
    </w:p>
    <w:p w:rsidR="00966CFB" w:rsidRPr="00B04928" w:rsidRDefault="0010003F">
      <w:pPr>
        <w:pStyle w:val="BodyCopy"/>
        <w:rPr>
          <w:lang w:val="ru-RU"/>
        </w:rPr>
      </w:pPr>
      <w:r w:rsidRPr="00B04928">
        <w:rPr>
          <w:b/>
          <w:lang w:val="ru-RU"/>
        </w:rPr>
        <w:t>Форма проведения:</w:t>
      </w:r>
      <w:r w:rsidRPr="00B04928">
        <w:rPr>
          <w:lang w:val="ru-RU"/>
        </w:rPr>
        <w:t xml:space="preserve"> индивидуальная беседа, игровая ситуация.</w:t>
      </w:r>
    </w:p>
    <w:p w:rsidR="00966CFB" w:rsidRPr="00B04928" w:rsidRDefault="0010003F">
      <w:pPr>
        <w:pStyle w:val="InlineHeading"/>
        <w:rPr>
          <w:lang w:val="ru-RU"/>
        </w:rPr>
      </w:pPr>
      <w:r w:rsidRPr="00B04928">
        <w:rPr>
          <w:lang w:val="ru-RU"/>
        </w:rPr>
        <w:t>Вопросы для беседы: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1. Что тебе нравится делать больше всего?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 xml:space="preserve">2. </w:t>
      </w:r>
      <w:r w:rsidR="00B04928" w:rsidRPr="00B04928">
        <w:rPr>
          <w:lang w:val="ru-RU"/>
        </w:rPr>
        <w:t>Что тебе интересно узнать о мире?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3. Кем бы ты хотел стать, когда вырастешь?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4. Если бы к нам в гости пришёл кто-то интересный, кто бы это был?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5. Какой вопрос ты хотел бы задать взрослому, кот</w:t>
      </w:r>
      <w:r w:rsidRPr="00B04928">
        <w:rPr>
          <w:lang w:val="ru-RU"/>
        </w:rPr>
        <w:t>орый много знает?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6. Что бы ты хотел научиться делать?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7. Какое занятие тебе нравится больше: рисовать, петь, танцевать, строить, придумывать истории?</w:t>
      </w:r>
    </w:p>
    <w:p w:rsidR="00966CFB" w:rsidRPr="00B04928" w:rsidRDefault="0010003F">
      <w:pPr>
        <w:pStyle w:val="BodyCopy"/>
        <w:ind w:left="173"/>
        <w:rPr>
          <w:lang w:val="ru-RU"/>
        </w:rPr>
      </w:pPr>
      <w:r w:rsidRPr="00B04928">
        <w:rPr>
          <w:lang w:val="ru-RU"/>
        </w:rPr>
        <w:t>8. Есть ли у тебя любимая книга или мультфильм? О чём они?</w:t>
      </w:r>
    </w:p>
    <w:p w:rsidR="00966CFB" w:rsidRPr="00B04928" w:rsidRDefault="0010003F" w:rsidP="00B04928">
      <w:pPr>
        <w:pStyle w:val="BodyCopy"/>
        <w:ind w:left="173"/>
        <w:rPr>
          <w:lang w:val="ru-RU"/>
        </w:rPr>
      </w:pPr>
      <w:r w:rsidRPr="00B04928">
        <w:rPr>
          <w:lang w:val="ru-RU"/>
        </w:rPr>
        <w:t xml:space="preserve">9. </w:t>
      </w:r>
      <w:bookmarkStart w:id="0" w:name="_GoBack"/>
      <w:bookmarkEnd w:id="0"/>
      <w:r w:rsidRPr="00B04928">
        <w:rPr>
          <w:lang w:val="ru-RU"/>
        </w:rPr>
        <w:t>Хочеш</w:t>
      </w:r>
      <w:r w:rsidRPr="00B04928">
        <w:rPr>
          <w:lang w:val="ru-RU"/>
        </w:rPr>
        <w:t>ь ли ты, чтобы к нам в группу пришёл гость и рассказал о чём-то интересном?</w:t>
      </w:r>
    </w:p>
    <w:p w:rsidR="00966CFB" w:rsidRPr="00B04928" w:rsidRDefault="0010003F">
      <w:pPr>
        <w:pStyle w:val="BodyCopy"/>
        <w:spacing w:before="160"/>
        <w:rPr>
          <w:lang w:val="ru-RU"/>
        </w:rPr>
      </w:pPr>
      <w:r w:rsidRPr="00B04928">
        <w:rPr>
          <w:b/>
          <w:lang w:val="ru-RU"/>
        </w:rPr>
        <w:t>Обработка:</w:t>
      </w:r>
      <w:r w:rsidRPr="00B04928">
        <w:rPr>
          <w:lang w:val="ru-RU"/>
        </w:rPr>
        <w:t xml:space="preserve"> ответы фиксируются в карте интересов ребёнка; выявляются доминирующие сферы интересов.</w:t>
      </w:r>
    </w:p>
    <w:sectPr w:rsidR="00966CFB" w:rsidRPr="00B04928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03F" w:rsidRDefault="0010003F">
      <w:pPr>
        <w:spacing w:after="0" w:line="240" w:lineRule="auto"/>
      </w:pPr>
      <w:r>
        <w:separator/>
      </w:r>
    </w:p>
  </w:endnote>
  <w:endnote w:type="continuationSeparator" w:id="0">
    <w:p w:rsidR="0010003F" w:rsidRDefault="00100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CFB" w:rsidRDefault="0010003F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B049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03F" w:rsidRDefault="0010003F">
      <w:pPr>
        <w:spacing w:after="0" w:line="240" w:lineRule="auto"/>
      </w:pPr>
      <w:r>
        <w:separator/>
      </w:r>
    </w:p>
  </w:footnote>
  <w:footnote w:type="continuationSeparator" w:id="0">
    <w:p w:rsidR="0010003F" w:rsidRDefault="00100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CFB" w:rsidRDefault="0010003F">
    <w:pPr>
      <w:pStyle w:val="a5"/>
    </w:pPr>
    <w:r>
      <w:rPr>
        <w:b/>
        <w:color w:val="00A8A2"/>
        <w:sz w:val="16"/>
      </w:rPr>
      <w:t>МЕТОДИЧЕСКИЙ</w:t>
    </w:r>
    <w:r>
      <w:rPr>
        <w:b/>
        <w:color w:val="00A8A2"/>
        <w:sz w:val="16"/>
      </w:rPr>
      <w:t xml:space="preserve"> ПАКЕТ  /  1.3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003F"/>
    <w:rsid w:val="0015074B"/>
    <w:rsid w:val="0029639D"/>
    <w:rsid w:val="00326F90"/>
    <w:rsid w:val="00966CFB"/>
    <w:rsid w:val="00AA1D8D"/>
    <w:rsid w:val="00B0492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CD6B58-F8C3-4BDC-8E94-E19F37EFC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ds38</cp:lastModifiedBy>
  <cp:revision>3</cp:revision>
  <dcterms:created xsi:type="dcterms:W3CDTF">2013-12-23T23:15:00Z</dcterms:created>
  <dcterms:modified xsi:type="dcterms:W3CDTF">2026-09-25T14:07:00Z</dcterms:modified>
  <cp:category/>
</cp:coreProperties>
</file>