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0444" w:rsidRPr="003F2C34" w:rsidRDefault="006858B5">
      <w:pPr>
        <w:spacing w:after="220"/>
        <w:rPr>
          <w:lang w:val="ru-RU"/>
        </w:rPr>
      </w:pPr>
      <w:r w:rsidRPr="003F2C34">
        <w:rPr>
          <w:b/>
          <w:color w:val="00A8A2"/>
          <w:sz w:val="16"/>
          <w:lang w:val="ru-RU"/>
        </w:rPr>
        <w:t>ГОСТЬ ГРУППЫ  •  МЕТОДИЧЕСКИЙ ИНСТРУМЕНТ</w:t>
      </w:r>
    </w:p>
    <w:p w:rsidR="003F2C34" w:rsidRDefault="006858B5" w:rsidP="003F2C34">
      <w:pPr>
        <w:pStyle w:val="aa"/>
        <w:keepNext/>
        <w:shd w:val="clear" w:color="auto" w:fill="00A8A2"/>
        <w:spacing w:before="100" w:after="180"/>
        <w:ind w:left="173" w:right="173"/>
        <w:jc w:val="center"/>
        <w:rPr>
          <w:rFonts w:ascii="Arial" w:hAnsi="Arial"/>
          <w:b/>
          <w:color w:val="FFFFFF"/>
          <w:sz w:val="38"/>
          <w:lang w:val="ru-RU"/>
        </w:rPr>
      </w:pPr>
      <w:r w:rsidRPr="003F2C34">
        <w:rPr>
          <w:rFonts w:ascii="Arial" w:hAnsi="Arial"/>
          <w:b/>
          <w:color w:val="FFFFFF"/>
          <w:sz w:val="38"/>
          <w:lang w:val="ru-RU"/>
        </w:rPr>
        <w:t xml:space="preserve">Карта интересов ребёнка </w:t>
      </w:r>
    </w:p>
    <w:p w:rsidR="007E0444" w:rsidRDefault="006858B5" w:rsidP="003F2C34">
      <w:pPr>
        <w:pStyle w:val="aa"/>
        <w:keepNext/>
        <w:shd w:val="clear" w:color="auto" w:fill="00A8A2"/>
        <w:spacing w:before="100" w:after="180"/>
        <w:ind w:left="173" w:right="173"/>
        <w:jc w:val="center"/>
      </w:pPr>
      <w:r>
        <w:rPr>
          <w:rFonts w:ascii="Arial" w:hAnsi="Arial"/>
          <w:b/>
          <w:color w:val="FFFFFF"/>
          <w:sz w:val="38"/>
        </w:rPr>
        <w:t>(</w:t>
      </w:r>
      <w:proofErr w:type="gramStart"/>
      <w:r>
        <w:rPr>
          <w:rFonts w:ascii="Arial" w:hAnsi="Arial"/>
          <w:b/>
          <w:color w:val="FFFFFF"/>
          <w:sz w:val="38"/>
        </w:rPr>
        <w:t>заполняется</w:t>
      </w:r>
      <w:proofErr w:type="gramEnd"/>
      <w:r>
        <w:rPr>
          <w:rFonts w:ascii="Arial" w:hAnsi="Arial"/>
          <w:b/>
          <w:color w:val="FFFFFF"/>
          <w:sz w:val="38"/>
        </w:rPr>
        <w:t xml:space="preserve"> воспитателем)</w:t>
      </w:r>
    </w:p>
    <w:p w:rsidR="007E0444" w:rsidRPr="003F2C34" w:rsidRDefault="006858B5">
      <w:pPr>
        <w:pBdr>
          <w:bottom w:val="single" w:sz="17" w:space="0" w:color="00A8A2"/>
        </w:pBdr>
        <w:spacing w:after="380"/>
        <w:rPr>
          <w:lang w:val="ru-RU"/>
        </w:rPr>
      </w:pPr>
      <w:r w:rsidRPr="003F2C34">
        <w:rPr>
          <w:b/>
          <w:color w:val="00A8A2"/>
          <w:sz w:val="20"/>
          <w:lang w:val="ru-RU"/>
        </w:rPr>
        <w:t>Раздел 1. Диагностический инструментарий</w:t>
      </w:r>
    </w:p>
    <w:p w:rsidR="007E0444" w:rsidRPr="003F2C34" w:rsidRDefault="006858B5">
      <w:pPr>
        <w:pStyle w:val="BodyCopy"/>
        <w:spacing w:before="160"/>
        <w:rPr>
          <w:lang w:val="ru-RU"/>
        </w:rPr>
      </w:pPr>
      <w:r w:rsidRPr="003F2C34">
        <w:rPr>
          <w:b/>
          <w:lang w:val="ru-RU"/>
        </w:rPr>
        <w:t>Цель:</w:t>
      </w:r>
      <w:r w:rsidRPr="003F2C34">
        <w:rPr>
          <w:lang w:val="ru-RU"/>
        </w:rPr>
        <w:t xml:space="preserve"> фиксация устойчивых проявлений интереса в различных сферах деятельности.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578"/>
        <w:gridCol w:w="2454"/>
        <w:gridCol w:w="2454"/>
        <w:gridCol w:w="1738"/>
      </w:tblGrid>
      <w:tr w:rsidR="007E0444">
        <w:trPr>
          <w:cantSplit/>
          <w:trHeight w:val="490"/>
          <w:tblHeader/>
          <w:jc w:val="center"/>
        </w:trPr>
        <w:tc>
          <w:tcPr>
            <w:tcW w:w="357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00A8A2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7E0444" w:rsidRDefault="006858B5">
            <w:pPr>
              <w:spacing w:after="0" w:line="269" w:lineRule="auto"/>
              <w:jc w:val="center"/>
            </w:pPr>
            <w:r>
              <w:rPr>
                <w:b/>
                <w:color w:val="FFFFFF"/>
                <w:sz w:val="18"/>
              </w:rPr>
              <w:t>Сфера интересов</w:t>
            </w:r>
          </w:p>
        </w:tc>
        <w:tc>
          <w:tcPr>
            <w:tcW w:w="245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00A8A2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7E0444" w:rsidRDefault="006858B5">
            <w:pPr>
              <w:spacing w:after="0" w:line="269" w:lineRule="auto"/>
            </w:pPr>
            <w:r>
              <w:rPr>
                <w:b/>
                <w:color w:val="FFFFFF"/>
                <w:sz w:val="18"/>
              </w:rPr>
              <w:t>Проявления</w:t>
            </w:r>
          </w:p>
        </w:tc>
        <w:tc>
          <w:tcPr>
            <w:tcW w:w="245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00A8A2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7E0444" w:rsidRDefault="006858B5">
            <w:pPr>
              <w:spacing w:after="0" w:line="269" w:lineRule="auto"/>
            </w:pPr>
            <w:r>
              <w:rPr>
                <w:b/>
                <w:color w:val="FFFFFF"/>
                <w:sz w:val="18"/>
              </w:rPr>
              <w:t xml:space="preserve">Частота </w:t>
            </w:r>
            <w:r>
              <w:rPr>
                <w:b/>
                <w:color w:val="FFFFFF"/>
                <w:sz w:val="18"/>
              </w:rPr>
              <w:t>(регулярно / иногда / редко)</w:t>
            </w:r>
          </w:p>
        </w:tc>
        <w:tc>
          <w:tcPr>
            <w:tcW w:w="173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00A8A2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7E0444" w:rsidRDefault="006858B5">
            <w:pPr>
              <w:spacing w:after="0" w:line="269" w:lineRule="auto"/>
            </w:pPr>
            <w:r>
              <w:rPr>
                <w:b/>
                <w:color w:val="FFFFFF"/>
                <w:sz w:val="18"/>
              </w:rPr>
              <w:t>Примечания</w:t>
            </w:r>
          </w:p>
        </w:tc>
      </w:tr>
      <w:tr w:rsidR="007E0444">
        <w:trPr>
          <w:cantSplit/>
          <w:trHeight w:val="490"/>
          <w:jc w:val="center"/>
        </w:trPr>
        <w:tc>
          <w:tcPr>
            <w:tcW w:w="357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7E0444" w:rsidRDefault="006858B5">
            <w:pPr>
              <w:spacing w:after="0" w:line="269" w:lineRule="auto"/>
              <w:jc w:val="center"/>
            </w:pPr>
            <w:r>
              <w:rPr>
                <w:sz w:val="18"/>
              </w:rPr>
              <w:t>Познавательная (вопросы, исследования)</w:t>
            </w:r>
          </w:p>
        </w:tc>
        <w:tc>
          <w:tcPr>
            <w:tcW w:w="245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7E0444" w:rsidRDefault="007E0444">
            <w:pPr>
              <w:spacing w:after="0" w:line="269" w:lineRule="auto"/>
            </w:pPr>
          </w:p>
        </w:tc>
        <w:tc>
          <w:tcPr>
            <w:tcW w:w="245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7E0444" w:rsidRDefault="007E0444">
            <w:pPr>
              <w:spacing w:after="0" w:line="269" w:lineRule="auto"/>
            </w:pPr>
          </w:p>
        </w:tc>
        <w:tc>
          <w:tcPr>
            <w:tcW w:w="173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7E0444" w:rsidRDefault="007E0444">
            <w:pPr>
              <w:spacing w:after="0" w:line="269" w:lineRule="auto"/>
            </w:pPr>
          </w:p>
        </w:tc>
      </w:tr>
      <w:tr w:rsidR="007E0444">
        <w:trPr>
          <w:cantSplit/>
          <w:trHeight w:val="490"/>
          <w:jc w:val="center"/>
        </w:trPr>
        <w:tc>
          <w:tcPr>
            <w:tcW w:w="357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4F9FB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7E0444" w:rsidRDefault="006858B5">
            <w:pPr>
              <w:spacing w:after="0" w:line="269" w:lineRule="auto"/>
              <w:jc w:val="center"/>
            </w:pPr>
            <w:r>
              <w:rPr>
                <w:sz w:val="18"/>
              </w:rPr>
              <w:t>Творческая (рисование, лепка, конструирование)</w:t>
            </w:r>
          </w:p>
        </w:tc>
        <w:tc>
          <w:tcPr>
            <w:tcW w:w="245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4F9FB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7E0444" w:rsidRDefault="007E0444">
            <w:pPr>
              <w:spacing w:after="0" w:line="269" w:lineRule="auto"/>
            </w:pPr>
          </w:p>
        </w:tc>
        <w:tc>
          <w:tcPr>
            <w:tcW w:w="245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4F9FB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7E0444" w:rsidRDefault="007E0444">
            <w:pPr>
              <w:spacing w:after="0" w:line="269" w:lineRule="auto"/>
            </w:pPr>
          </w:p>
        </w:tc>
        <w:tc>
          <w:tcPr>
            <w:tcW w:w="173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4F9FB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7E0444" w:rsidRDefault="007E0444">
            <w:pPr>
              <w:spacing w:after="0" w:line="269" w:lineRule="auto"/>
            </w:pPr>
          </w:p>
        </w:tc>
      </w:tr>
      <w:tr w:rsidR="007E0444">
        <w:trPr>
          <w:cantSplit/>
          <w:trHeight w:val="490"/>
          <w:jc w:val="center"/>
        </w:trPr>
        <w:tc>
          <w:tcPr>
            <w:tcW w:w="357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7E0444" w:rsidRDefault="006858B5">
            <w:pPr>
              <w:spacing w:after="0" w:line="269" w:lineRule="auto"/>
              <w:jc w:val="center"/>
            </w:pPr>
            <w:r>
              <w:rPr>
                <w:sz w:val="18"/>
              </w:rPr>
              <w:t>Музыкальная (пение, ритм, инструменты)</w:t>
            </w:r>
          </w:p>
        </w:tc>
        <w:tc>
          <w:tcPr>
            <w:tcW w:w="245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7E0444" w:rsidRDefault="007E0444">
            <w:pPr>
              <w:spacing w:after="0" w:line="269" w:lineRule="auto"/>
            </w:pPr>
          </w:p>
        </w:tc>
        <w:tc>
          <w:tcPr>
            <w:tcW w:w="245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7E0444" w:rsidRDefault="007E0444">
            <w:pPr>
              <w:spacing w:after="0" w:line="269" w:lineRule="auto"/>
            </w:pPr>
          </w:p>
        </w:tc>
        <w:tc>
          <w:tcPr>
            <w:tcW w:w="173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7E0444" w:rsidRDefault="007E0444">
            <w:pPr>
              <w:spacing w:after="0" w:line="269" w:lineRule="auto"/>
            </w:pPr>
          </w:p>
        </w:tc>
      </w:tr>
      <w:tr w:rsidR="007E0444">
        <w:trPr>
          <w:cantSplit/>
          <w:trHeight w:val="490"/>
          <w:jc w:val="center"/>
        </w:trPr>
        <w:tc>
          <w:tcPr>
            <w:tcW w:w="357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4F9FB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7E0444" w:rsidRDefault="006858B5">
            <w:pPr>
              <w:spacing w:after="0" w:line="269" w:lineRule="auto"/>
              <w:jc w:val="center"/>
            </w:pPr>
            <w:r>
              <w:rPr>
                <w:sz w:val="18"/>
              </w:rPr>
              <w:t>Двигательная (спорт, подвижные игры)</w:t>
            </w:r>
          </w:p>
        </w:tc>
        <w:tc>
          <w:tcPr>
            <w:tcW w:w="245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4F9FB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7E0444" w:rsidRDefault="007E0444">
            <w:pPr>
              <w:spacing w:after="0" w:line="269" w:lineRule="auto"/>
            </w:pPr>
          </w:p>
        </w:tc>
        <w:tc>
          <w:tcPr>
            <w:tcW w:w="245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4F9FB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7E0444" w:rsidRDefault="007E0444">
            <w:pPr>
              <w:spacing w:after="0" w:line="269" w:lineRule="auto"/>
            </w:pPr>
          </w:p>
        </w:tc>
        <w:tc>
          <w:tcPr>
            <w:tcW w:w="173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4F9FB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7E0444" w:rsidRDefault="007E0444">
            <w:pPr>
              <w:spacing w:after="0" w:line="269" w:lineRule="auto"/>
            </w:pPr>
          </w:p>
        </w:tc>
      </w:tr>
      <w:tr w:rsidR="007E0444">
        <w:trPr>
          <w:cantSplit/>
          <w:trHeight w:val="490"/>
          <w:jc w:val="center"/>
        </w:trPr>
        <w:tc>
          <w:tcPr>
            <w:tcW w:w="357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7E0444" w:rsidRDefault="006858B5">
            <w:pPr>
              <w:spacing w:after="0" w:line="269" w:lineRule="auto"/>
              <w:jc w:val="center"/>
            </w:pPr>
            <w:r>
              <w:rPr>
                <w:sz w:val="18"/>
              </w:rPr>
              <w:t>Коммуникативная (общение, лидерство)</w:t>
            </w:r>
          </w:p>
        </w:tc>
        <w:tc>
          <w:tcPr>
            <w:tcW w:w="245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7E0444" w:rsidRDefault="007E0444">
            <w:pPr>
              <w:spacing w:after="0" w:line="269" w:lineRule="auto"/>
            </w:pPr>
          </w:p>
        </w:tc>
        <w:tc>
          <w:tcPr>
            <w:tcW w:w="245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7E0444" w:rsidRDefault="007E0444">
            <w:pPr>
              <w:spacing w:after="0" w:line="269" w:lineRule="auto"/>
            </w:pPr>
          </w:p>
        </w:tc>
        <w:tc>
          <w:tcPr>
            <w:tcW w:w="173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7E0444" w:rsidRDefault="007E0444">
            <w:pPr>
              <w:spacing w:after="0" w:line="269" w:lineRule="auto"/>
            </w:pPr>
          </w:p>
        </w:tc>
      </w:tr>
      <w:tr w:rsidR="007E0444">
        <w:trPr>
          <w:cantSplit/>
          <w:trHeight w:val="490"/>
          <w:jc w:val="center"/>
        </w:trPr>
        <w:tc>
          <w:tcPr>
            <w:tcW w:w="357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4F9FB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7E0444" w:rsidRDefault="006858B5">
            <w:pPr>
              <w:spacing w:after="0" w:line="269" w:lineRule="auto"/>
              <w:jc w:val="center"/>
            </w:pPr>
            <w:r>
              <w:rPr>
                <w:sz w:val="18"/>
              </w:rPr>
              <w:t>Техническая (механизмы, конструирование)</w:t>
            </w:r>
          </w:p>
        </w:tc>
        <w:tc>
          <w:tcPr>
            <w:tcW w:w="245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4F9FB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7E0444" w:rsidRDefault="007E0444">
            <w:pPr>
              <w:spacing w:after="0" w:line="269" w:lineRule="auto"/>
            </w:pPr>
          </w:p>
        </w:tc>
        <w:tc>
          <w:tcPr>
            <w:tcW w:w="245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4F9FB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7E0444" w:rsidRDefault="007E0444">
            <w:pPr>
              <w:spacing w:after="0" w:line="269" w:lineRule="auto"/>
            </w:pPr>
          </w:p>
        </w:tc>
        <w:tc>
          <w:tcPr>
            <w:tcW w:w="173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4F9FB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7E0444" w:rsidRDefault="007E0444">
            <w:pPr>
              <w:spacing w:after="0" w:line="269" w:lineRule="auto"/>
            </w:pPr>
          </w:p>
        </w:tc>
      </w:tr>
      <w:tr w:rsidR="007E0444">
        <w:trPr>
          <w:cantSplit/>
          <w:trHeight w:val="490"/>
          <w:jc w:val="center"/>
        </w:trPr>
        <w:tc>
          <w:tcPr>
            <w:tcW w:w="357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7E0444" w:rsidRDefault="006858B5">
            <w:pPr>
              <w:spacing w:after="0" w:line="269" w:lineRule="auto"/>
              <w:jc w:val="center"/>
            </w:pPr>
            <w:r>
              <w:rPr>
                <w:sz w:val="18"/>
              </w:rPr>
              <w:t>Литературная (рассказы, стихи, чтение)</w:t>
            </w:r>
          </w:p>
        </w:tc>
        <w:tc>
          <w:tcPr>
            <w:tcW w:w="245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7E0444" w:rsidRDefault="007E0444">
            <w:pPr>
              <w:spacing w:after="0" w:line="269" w:lineRule="auto"/>
            </w:pPr>
          </w:p>
        </w:tc>
        <w:tc>
          <w:tcPr>
            <w:tcW w:w="245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7E0444" w:rsidRDefault="007E0444">
            <w:pPr>
              <w:spacing w:after="0" w:line="269" w:lineRule="auto"/>
            </w:pPr>
          </w:p>
        </w:tc>
        <w:tc>
          <w:tcPr>
            <w:tcW w:w="173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7E0444" w:rsidRDefault="007E0444">
            <w:pPr>
              <w:spacing w:after="0" w:line="269" w:lineRule="auto"/>
            </w:pPr>
          </w:p>
        </w:tc>
      </w:tr>
      <w:tr w:rsidR="007E0444">
        <w:trPr>
          <w:cantSplit/>
          <w:trHeight w:val="490"/>
          <w:jc w:val="center"/>
        </w:trPr>
        <w:tc>
          <w:tcPr>
            <w:tcW w:w="357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4F9FB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7E0444" w:rsidRDefault="006858B5">
            <w:pPr>
              <w:spacing w:after="0" w:line="269" w:lineRule="auto"/>
              <w:jc w:val="center"/>
            </w:pPr>
            <w:r>
              <w:rPr>
                <w:sz w:val="18"/>
              </w:rPr>
              <w:t>Природоведческая (животные, растения, экология)</w:t>
            </w:r>
          </w:p>
        </w:tc>
        <w:tc>
          <w:tcPr>
            <w:tcW w:w="245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4F9FB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7E0444" w:rsidRDefault="007E0444">
            <w:pPr>
              <w:spacing w:after="0" w:line="269" w:lineRule="auto"/>
            </w:pPr>
          </w:p>
        </w:tc>
        <w:tc>
          <w:tcPr>
            <w:tcW w:w="245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4F9FB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7E0444" w:rsidRDefault="007E0444">
            <w:pPr>
              <w:spacing w:after="0" w:line="269" w:lineRule="auto"/>
            </w:pPr>
          </w:p>
        </w:tc>
        <w:tc>
          <w:tcPr>
            <w:tcW w:w="173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4F9FB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7E0444" w:rsidRDefault="007E0444">
            <w:pPr>
              <w:spacing w:after="0" w:line="269" w:lineRule="auto"/>
            </w:pPr>
          </w:p>
        </w:tc>
      </w:tr>
    </w:tbl>
    <w:p w:rsidR="007E0444" w:rsidRDefault="007E0444">
      <w:pPr>
        <w:spacing w:after="0"/>
      </w:pPr>
    </w:p>
    <w:sectPr w:rsidR="007E0444" w:rsidSect="00034616">
      <w:headerReference w:type="default" r:id="rId9"/>
      <w:footerReference w:type="default" r:id="rId10"/>
      <w:pgSz w:w="12240" w:h="15840"/>
      <w:pgMar w:top="1037" w:right="979" w:bottom="936" w:left="979" w:header="432" w:footer="47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858B5" w:rsidRDefault="006858B5">
      <w:pPr>
        <w:spacing w:after="0" w:line="240" w:lineRule="auto"/>
      </w:pPr>
      <w:r>
        <w:separator/>
      </w:r>
    </w:p>
  </w:endnote>
  <w:endnote w:type="continuationSeparator" w:id="0">
    <w:p w:rsidR="006858B5" w:rsidRDefault="006858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E0444" w:rsidRDefault="006858B5">
    <w:pPr>
      <w:pStyle w:val="a7"/>
      <w:jc w:val="right"/>
    </w:pPr>
    <w:r>
      <w:rPr>
        <w:color w:val="486274"/>
        <w:sz w:val="16"/>
      </w:rPr>
      <w:t xml:space="preserve">ГБДОУ детский сад № 38  •  2026  |  </w:t>
    </w:r>
    <w:r>
      <w:fldChar w:fldCharType="begin"/>
    </w:r>
    <w:r>
      <w:instrText>PAGE</w:instrText>
    </w:r>
    <w:r>
      <w:fldChar w:fldCharType="separate"/>
    </w:r>
    <w:r w:rsidR="003F2C34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858B5" w:rsidRDefault="006858B5">
      <w:pPr>
        <w:spacing w:after="0" w:line="240" w:lineRule="auto"/>
      </w:pPr>
      <w:r>
        <w:separator/>
      </w:r>
    </w:p>
  </w:footnote>
  <w:footnote w:type="continuationSeparator" w:id="0">
    <w:p w:rsidR="006858B5" w:rsidRDefault="006858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E0444" w:rsidRDefault="006858B5">
    <w:pPr>
      <w:pStyle w:val="a5"/>
    </w:pPr>
    <w:r>
      <w:rPr>
        <w:b/>
        <w:color w:val="00A8A2"/>
        <w:sz w:val="16"/>
      </w:rPr>
      <w:t>МЕТОДИЧЕСКИЙ ПАКЕТ  /  1.2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3F2C34"/>
    <w:rsid w:val="006858B5"/>
    <w:rsid w:val="007E0444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FC693F"/>
    <w:pPr>
      <w:spacing w:after="100" w:line="293" w:lineRule="auto"/>
    </w:pPr>
    <w:rPr>
      <w:rFonts w:ascii="Arial" w:hAnsi="Arial"/>
      <w:color w:val="172C41"/>
      <w:sz w:val="21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Название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BodyCopy">
    <w:name w:val="Body Copy"/>
    <w:basedOn w:val="a1"/>
    <w:pPr>
      <w:spacing w:line="288" w:lineRule="auto"/>
    </w:pPr>
  </w:style>
  <w:style w:type="paragraph" w:customStyle="1" w:styleId="InlineHeading">
    <w:name w:val="Inline Heading"/>
    <w:basedOn w:val="BodyCopy"/>
    <w:pPr>
      <w:spacing w:before="200"/>
    </w:pPr>
    <w:rPr>
      <w:b/>
      <w:color w:val="00A8A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FC693F"/>
    <w:pPr>
      <w:spacing w:after="100" w:line="293" w:lineRule="auto"/>
    </w:pPr>
    <w:rPr>
      <w:rFonts w:ascii="Arial" w:hAnsi="Arial"/>
      <w:color w:val="172C41"/>
      <w:sz w:val="21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Название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BodyCopy">
    <w:name w:val="Body Copy"/>
    <w:basedOn w:val="a1"/>
    <w:pPr>
      <w:spacing w:line="288" w:lineRule="auto"/>
    </w:pPr>
  </w:style>
  <w:style w:type="paragraph" w:customStyle="1" w:styleId="InlineHeading">
    <w:name w:val="Inline Heading"/>
    <w:basedOn w:val="BodyCopy"/>
    <w:pPr>
      <w:spacing w:before="200"/>
    </w:pPr>
    <w:rPr>
      <w:b/>
      <w:color w:val="00A8A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445E1745-E1EC-419A-BEF4-FC4D4A51DF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96</Words>
  <Characters>553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648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ds38</cp:lastModifiedBy>
  <cp:revision>3</cp:revision>
  <dcterms:created xsi:type="dcterms:W3CDTF">2013-12-23T23:15:00Z</dcterms:created>
  <dcterms:modified xsi:type="dcterms:W3CDTF">2026-09-25T14:04:00Z</dcterms:modified>
  <cp:category/>
</cp:coreProperties>
</file>